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12:00-12:40 Cuore och Cécile Orblin: Gåsmammans klingrade sagor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