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00:00-15:00 Viirus GUEST: Extramaterial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