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13:00-13:45 Englanninkielinen opastus Hannele Kylänpää &amp; Päivi Sirén: Näkyväksi tehty -näyttelyyn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