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12:53-12:53 Teater Kojan: Den fula ankungen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