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domkyrka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17:00-19:00 Spira Ensemble - Trettondagskonsert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