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församlingshem</w:t>
      </w:r>
    </w:p>
    <w:p>
      <w:r>
        <w:t>10.4.2025 torstai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18:00-00:00 Så skört är livet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