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Skuru station, Pojo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12:00-14:00 Karis Lions påskloppis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