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12:00-13:00 Konstcirkeln (suomeksi Ruokaympyrän ja Taideympyrän fuusio) – ÅST:n soppateatteri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