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Antkärrgården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12:00-16:00 Halmarbeten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