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Allaktivitetshallen 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 xml:space="preserve">09:30-11:30 Ljuset i Jul – Seniorernas Välmåendedag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