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7.3.2025 perjantai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