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Kasabergets skola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18:00-21:00 GRANI DANCE PARTY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