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Hakasalmen huvila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18:30-19:45 Cabaree - Elämäni laulut - Visor i mitt liv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