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Antkärrgården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15:00-19:00 Öppet hus - Karis digiverkstad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