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Lojo Museum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12:00-18:00 Höstlovsevenemang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