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Ode, Maijansalen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19:00-20:00 Upptäck jazz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