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Malms Kulturhus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14:00-16:00 Staffansby Lucia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