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14:00-16:00 Konstnärsträff: Hanna Westerberg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