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 xml:space="preserve">18:00-19:30 FARVÄL-konsert för att hedra Kaj Chydenius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