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22.2.2025 lauantai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