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25.1.2025 lauantai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