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12:00-12:00 En lysande idé - En livslevande sitcom</w:t>
      </w:r>
    </w:p>
    <w:p>
      <w:r>
        <w:t xml:space="preserve"> </w:t>
      </w:r>
    </w:p>
    <w:p>
      <w:r>
        <w:t>41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