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Vuotalo - Nordsjö bibliotek 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11:00-18:00 Kolibrí Festivaali 2024 alkaa Vuotalosta ja Vuosaaren kirjastosta!</w:t>
      </w:r>
    </w:p>
    <w:p>
      <w:r>
        <w:t>Kolibrí Festivaali on taiteellinen, monikulttuurinen, ilmainen ja ainutlaatuinen lasten festivaali koko perheelle.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