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Rådhustorget i Ekenäs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10:00-16:00 Tammisaaren Vanhanajan joulumarkkinat</w:t>
      </w:r>
    </w:p>
    <w:p>
      <w:r>
        <w:t>Taas on Tammisaaren vanhanaikaisten joulumarkkinoiden aika! Ne järjestetään tuttuun tapaan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