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Grani Dance, Targa arena, Ullanmäentie 21, 02750 Esbo</w:t>
      </w:r>
    </w:p>
    <w:p>
      <w:r>
        <w:t>27.7.2026 maanantai</w:t>
      </w:r>
    </w:p>
    <w:p>
      <w:pPr>
        <w:pStyle w:val="Heading1"/>
      </w:pPr>
      <w:r>
        <w:t>27.7.2026-31.7.2026</w:t>
      </w:r>
    </w:p>
    <w:p>
      <w:pPr>
        <w:pStyle w:val="Heading2"/>
      </w:pPr>
      <w:r>
        <w:t>01:00-01:00 27-31.7 Teater och dansläger för 7-10-åringar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