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Georgsgatan 27, 00100 Helsingfors (Luckan)</w:t>
      </w:r>
    </w:p>
    <w:p>
      <w:r>
        <w:t>15.6.2026 maanantai</w:t>
      </w:r>
    </w:p>
    <w:p>
      <w:pPr>
        <w:pStyle w:val="Heading1"/>
      </w:pPr>
      <w:r>
        <w:t>15.6.2026-18.6.2026</w:t>
      </w:r>
    </w:p>
    <w:p>
      <w:pPr>
        <w:pStyle w:val="Heading2"/>
      </w:pPr>
      <w:r>
        <w:t>01:00-01:00 Dans- och teaterläger för 9-12-åringar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