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Plats: Espoon tanssiopisto, Piispanportti 12 B, 02200 Espoo.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01:00-01:00 8-12.6 Musikal läger för 8-12-åringar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