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Germndabyvägen, Villa Christine, Tenala</w:t>
      </w:r>
    </w:p>
    <w:p>
      <w:r>
        <w:t>8.6.2026 maanantai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01:00-01:00 KOMP 1 Bonus - musik sommarläger för 11-14-åringar 8-12.6.2026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