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Plats: Svartå, Raseborg (Grannhyddan, scoutkåren Karisgossarnas stuga)</w:t>
      </w:r>
    </w:p>
    <w:p>
      <w:r>
        <w:t>8.5.2026 perjantai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01:00-01:00 SKOGSMUSIK LÄGER 8-9.5.2026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