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Karaängsvägen 4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WAU sommarläger Karamalmens skola 8.-12.6.2026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