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Grani Dance, Targa arenan,  Ullasbackavägen 21, 02750 Esbo</w:t>
      </w:r>
    </w:p>
    <w:p>
      <w:r>
        <w:t>4.8.2025 maanantai</w:t>
      </w:r>
    </w:p>
    <w:p>
      <w:pPr>
        <w:pStyle w:val="Heading1"/>
      </w:pPr>
      <w:r>
        <w:t>4.8.2025-6.8.2025</w:t>
      </w:r>
    </w:p>
    <w:p>
      <w:pPr>
        <w:pStyle w:val="Heading2"/>
      </w:pPr>
      <w:r>
        <w:t>07:00-07:00 Musikal-läger i augusti 4-6.8.2025 Grankulla för 7-10-åringar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