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Pappilantie 2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Teater 1: Teaterutbildning för 7-8 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