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Medelhavsgatan 14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Teaterskolan DOT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