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Annegatan 26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Körsång är glädje!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