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Maruddsvägen 74, Helsingfors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Simskola för barn och unga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